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rPr>
        <w:t>CỘNG HÒA XÃ HỘI CHỦ NGHĨA VIỆT NAM</w:t>
      </w:r>
    </w:p>
    <w:p>
      <w:pPr>
        <w:spacing w:after="0"/>
        <w:jc w:val="center"/>
      </w:pPr>
      <w:r>
        <w:rPr>
          <w:b/>
          <w:i w:val="0"/>
        </w:rPr>
        <w:t>Độc lập – Tự do – Hạnh phúc</w:t>
      </w:r>
    </w:p>
    <w:p>
      <w:pPr>
        <w:spacing w:after="120"/>
        <w:jc w:val="center"/>
      </w:pPr>
      <w:r>
        <w:rPr>
          <w:b w:val="0"/>
          <w:i w:val="0"/>
        </w:rPr>
        <w:t>———————</w:t>
      </w:r>
    </w:p>
    <w:p>
      <w:pPr>
        <w:spacing w:after="240"/>
        <w:jc w:val="right"/>
      </w:pPr>
      <w:r>
        <w:rPr>
          <w:b w:val="0"/>
          <w:i/>
        </w:rPr>
        <w:t>…………, ngày …… tháng …… năm 20……</w:t>
      </w:r>
    </w:p>
    <w:p>
      <w:pPr>
        <w:spacing w:after="0"/>
        <w:jc w:val="center"/>
      </w:pPr>
      <w:r>
        <w:rPr>
          <w:b/>
          <w:i w:val="0"/>
          <w:sz w:val="30"/>
        </w:rPr>
        <w:t>ĐƠN TỐ CÁO</w:t>
      </w:r>
    </w:p>
    <w:p>
      <w:pPr>
        <w:spacing w:after="240"/>
        <w:jc w:val="center"/>
      </w:pPr>
      <w:r>
        <w:rPr>
          <w:b w:val="0"/>
          <w:i/>
        </w:rPr>
        <w:t>(V/v: Hành vi vi phạm chế độ hôn nhân một vợ, một chồng)</w:t>
      </w:r>
    </w:p>
    <w:p>
      <w:r>
        <w:rPr>
          <w:b/>
        </w:rPr>
        <w:t xml:space="preserve">Kính gửi: </w:t>
      </w:r>
      <w:r>
        <w:t>Chủ tịch Ủy ban nhân dân xã/phường/đặc khu ……………………………………</w:t>
      </w:r>
    </w:p>
    <w:p>
      <w:r>
        <w:rPr>
          <w:b w:val="0"/>
          <w:i w:val="0"/>
        </w:rPr>
        <w:t>(hoặc: Công an xã/phường/đặc khu ……………………………………)</w:t>
      </w:r>
    </w:p>
    <w:p>
      <w:r>
        <w:rPr>
          <w:b/>
          <w:i w:val="0"/>
        </w:rPr>
        <w:t>Người tố cáo:</w:t>
      </w:r>
    </w:p>
    <w:p>
      <w:r>
        <w:rPr>
          <w:b w:val="0"/>
        </w:rPr>
        <w:t>Họ và tên:</w:t>
      </w:r>
      <w:r>
        <w:t xml:space="preserve"> ………………………………… Ngày sinh: ………………</w:t>
      </w:r>
    </w:p>
    <w:p>
      <w:r>
        <w:rPr>
          <w:b w:val="0"/>
        </w:rPr>
        <w:t>Số định danh cá nhân/CCCD:</w:t>
      </w:r>
      <w:r>
        <w:t xml:space="preserve"> …………………… Ngày cấp: ………… Nơi cấp: …………</w:t>
      </w:r>
    </w:p>
    <w:p>
      <w:r>
        <w:rPr>
          <w:b w:val="0"/>
        </w:rPr>
        <w:t>Nơi cư trú:</w:t>
      </w:r>
      <w:r>
        <w:t xml:space="preserve"> ……………………………………………………………</w:t>
      </w:r>
    </w:p>
    <w:p>
      <w:r>
        <w:rPr>
          <w:b w:val="0"/>
        </w:rPr>
        <w:t>Số điện thoại:</w:t>
      </w:r>
      <w:r>
        <w:t xml:space="preserve"> …………………… Email (nếu có): ……………………</w:t>
      </w:r>
    </w:p>
    <w:p>
      <w:r>
        <w:rPr>
          <w:b/>
          <w:i w:val="0"/>
        </w:rPr>
        <w:t>Người bị tố cáo:</w:t>
      </w:r>
    </w:p>
    <w:p>
      <w:r>
        <w:rPr>
          <w:b w:val="0"/>
        </w:rPr>
        <w:t>1. Họ và tên:</w:t>
      </w:r>
      <w:r>
        <w:t xml:space="preserve"> ………………………………… Ngày sinh (nếu biết): …………</w:t>
      </w:r>
    </w:p>
    <w:p>
      <w:r>
        <w:rPr>
          <w:b w:val="0"/>
        </w:rPr>
        <w:t>Nơi cư trú/nơi làm việc:</w:t>
      </w:r>
      <w:r>
        <w:t xml:space="preserve"> ……………………………………………………</w:t>
      </w:r>
    </w:p>
    <w:p>
      <w:r>
        <w:rPr>
          <w:b w:val="0"/>
        </w:rPr>
        <w:t>Quan hệ với người tố cáo:</w:t>
      </w:r>
      <w:r>
        <w:t xml:space="preserve"> là chồng/vợ hợp pháp, đăng ký kết hôn ngày …… tháng …… năm ……… tại ……………………</w:t>
      </w:r>
    </w:p>
    <w:p>
      <w:r>
        <w:rPr>
          <w:b w:val="0"/>
        </w:rPr>
        <w:t>2. Họ và tên:</w:t>
      </w:r>
      <w:r>
        <w:t xml:space="preserve"> ………………………………… Ngày sinh (nếu biết): …………</w:t>
      </w:r>
    </w:p>
    <w:p>
      <w:r>
        <w:rPr>
          <w:b w:val="0"/>
        </w:rPr>
        <w:t>Nơi cư trú/nơi làm việc:</w:t>
      </w:r>
      <w:r>
        <w:t xml:space="preserve"> ……………………………………………………</w:t>
      </w:r>
    </w:p>
    <w:p>
      <w:r>
        <w:rPr>
          <w:b/>
          <w:i w:val="0"/>
        </w:rPr>
        <w:t>Nội dung tố cáo:</w:t>
      </w:r>
    </w:p>
    <w:p>
      <w:r>
        <w:rPr>
          <w:b w:val="0"/>
          <w:i w:val="0"/>
        </w:rPr>
        <w:t>Tôi xin trình bày sự việc như sau:</w:t>
      </w:r>
    </w:p>
    <w:p>
      <w:r>
        <w:rPr>
          <w:b w:val="0"/>
          <w:i w:val="0"/>
        </w:rPr>
        <w:t>– Thời điểm tôi phát hiện sự việc: ……………………………………</w:t>
      </w:r>
    </w:p>
    <w:p>
      <w:r>
        <w:rPr>
          <w:b w:val="0"/>
          <w:i w:val="0"/>
        </w:rPr>
        <w:t>– Địa chỉ nơi hai người chung sống: ……………………………………</w:t>
      </w:r>
    </w:p>
    <w:p>
      <w:r>
        <w:rPr>
          <w:b w:val="0"/>
          <w:i w:val="0"/>
        </w:rPr>
        <w:t>– Thời gian chung sống, biểu hiện cụ thể (sống chung, có con chung, tổ chức đám cưới, giới thiệu nhau là vợ chồng…): ……………………………………</w:t>
      </w:r>
    </w:p>
    <w:p>
      <w:r>
        <w:rPr>
          <w:b w:val="0"/>
          <w:i w:val="0"/>
        </w:rPr>
        <w:t>– Người làm chứng (nếu có), họ tên, địa chỉ: ……………………………………</w:t>
      </w:r>
    </w:p>
    <w:p>
      <w:r>
        <w:rPr>
          <w:b w:val="0"/>
          <w:i w:val="0"/>
        </w:rPr>
        <w:t>Hành vi nêu trên có dấu hiệu vi phạm chế độ hôn nhân một vợ, một chồng theo điểm c khoản 2 Điều 5 Luật Hôn nhân và gia đình năm 2014, ảnh hưởng nghiêm trọng đến quyền và lợi ích hợp pháp của tôi và gia đình.</w:t>
      </w:r>
    </w:p>
    <w:p>
      <w:r>
        <w:rPr>
          <w:b/>
          <w:i w:val="0"/>
        </w:rPr>
        <w:t>Đề nghị:</w:t>
      </w:r>
    </w:p>
    <w:p>
      <w:r>
        <w:rPr>
          <w:b w:val="0"/>
          <w:i w:val="0"/>
        </w:rPr>
        <w:t>Kính đề nghị Quý cơ quan xác minh nội dung tố cáo, xử lý người vi phạm theo quy định của pháp luật và thông báo kết quả giải quyết cho tôi.</w:t>
      </w:r>
    </w:p>
    <w:p>
      <w:r>
        <w:rPr>
          <w:b/>
          <w:i w:val="0"/>
        </w:rPr>
        <w:t>Tài liệu kèm theo:</w:t>
      </w:r>
    </w:p>
    <w:p>
      <w:pPr>
        <w:spacing w:after="0"/>
      </w:pPr>
      <w:r>
        <w:rPr>
          <w:b w:val="0"/>
          <w:i w:val="0"/>
        </w:rPr>
        <w:t>1. Bản sao Giấy chứng nhận kết hôn;</w:t>
      </w:r>
    </w:p>
    <w:p>
      <w:pPr>
        <w:spacing w:after="0"/>
      </w:pPr>
      <w:r>
        <w:rPr>
          <w:b w:val="0"/>
          <w:i w:val="0"/>
        </w:rPr>
        <w:t>2. Bản sao giấy tờ tùy thân của người tố cáo;</w:t>
      </w:r>
    </w:p>
    <w:p>
      <w:r>
        <w:rPr>
          <w:b w:val="0"/>
          <w:i w:val="0"/>
        </w:rPr>
        <w:t>3. Tài liệu, chứng cứ liên quan: ……………………………………</w:t>
      </w:r>
    </w:p>
    <w:p>
      <w:r>
        <w:rPr>
          <w:b w:val="0"/>
          <w:i w:val="0"/>
        </w:rPr>
        <w:t>Tôi cam đoan những nội dung trình bày trên là đúng sự thật và chịu trách nhiệm trước pháp luật về nội dung tố cáo của mình.</w:t>
      </w:r>
    </w:p>
    <w:p>
      <w:pPr>
        <w:spacing w:after="0"/>
        <w:jc w:val="right"/>
      </w:pPr>
      <w:r>
        <w:rPr>
          <w:b/>
          <w:i w:val="0"/>
        </w:rPr>
        <w:t>NGƯỜI TỐ CÁO</w:t>
      </w:r>
    </w:p>
    <w:p>
      <w:pPr>
        <w:jc w:val="right"/>
      </w:pPr>
      <w:r>
        <w:rPr>
          <w:b w:val="0"/>
          <w:i/>
        </w:rPr>
        <w:t>(Ký và ghi rõ họ tên hoặc điểm chỉ)</w:t>
      </w:r>
    </w:p>
    <w:sectPr w:rsidR="00FC693F" w:rsidRPr="0006063C"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88"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